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</w:pPr>
      <w:r>
        <w:t>職務経歴書</w:t>
      </w:r>
    </w:p>
    <w:p>
      <w:pPr>
        <w:spacing w:after="140"/>
        <w:jc w:val="right"/>
      </w:pPr>
      <w:r>
        <w:t>［20XX年XX月XX日］現在　　氏名 ［氏名］</w:t>
      </w:r>
    </w:p>
    <w:p>
      <w:pPr>
        <w:spacing w:after="100"/>
      </w:pPr>
      <w:r>
        <w:rPr>
          <w:sz w:val="18"/>
        </w:rPr>
        <w:t>角括弧の案内を自分の経験に置き換え、案内文と提出前確認を削除して提出してください。応募先の指定様式を優先し、必要に応じて項目やページ数を調整します。</w:t>
      </w:r>
    </w:p>
    <w:p>
      <w:pPr>
        <w:pStyle w:val="Heading1"/>
        <w:spacing w:after="100" w:before="240"/>
      </w:pPr>
      <w:r>
        <w:t>職務要約</w:t>
      </w:r>
    </w:p>
    <w:p>
      <w:pPr>
        <w:spacing w:after="80"/>
      </w:pPr>
      <w:r>
        <w:t>［どの分野で何年間、どの工程を担当したかを記入します。代表的な研究テーマ、自分の役割、作成した成果物、その成果物が使われた判断を、3〜4文でまとめます。製品化や売上への貢献は、裏付けがある範囲だけ記載します。］</w:t>
      </w:r>
    </w:p>
    <w:p>
      <w:pPr>
        <w:pStyle w:val="Heading1"/>
        <w:spacing w:after="100" w:before="240"/>
      </w:pPr>
      <w:r>
        <w:t>勤務先と担当</w:t>
      </w:r>
    </w:p>
    <w:p>
      <w:pPr>
        <w:spacing w:after="100"/>
      </w:pPr>
      <w:r>
        <w:rPr>
          <w:b/>
        </w:rPr>
        <w:t xml:space="preserve">在籍期間　</w:t>
      </w:r>
      <w:r>
        <w:t>［20XX年XX月〜現在］　雇用形態 ［正社員など］</w:t>
      </w:r>
    </w:p>
    <w:p>
      <w:pPr>
        <w:spacing w:after="100"/>
      </w:pPr>
      <w:r>
        <w:rPr>
          <w:b/>
        </w:rPr>
        <w:t xml:space="preserve">勤務先　</w:t>
      </w:r>
      <w:r>
        <w:t>［社名］　［事業内容］　［所属部門］</w:t>
      </w:r>
    </w:p>
    <w:p>
      <w:pPr>
        <w:spacing w:after="100"/>
      </w:pPr>
      <w:r>
        <w:rPr>
          <w:b/>
        </w:rPr>
        <w:t xml:space="preserve">役割　</w:t>
      </w:r>
      <w:r>
        <w:t>［役職または担当］　チーム ［X名］　自分の担当範囲 ［範囲］</w:t>
      </w:r>
    </w:p>
    <w:p>
      <w:pPr>
        <w:pStyle w:val="Heading1"/>
        <w:spacing w:after="100" w:before="240"/>
      </w:pPr>
      <w:r>
        <w:t>研究テーマ 1</w:t>
      </w:r>
    </w:p>
    <w:p>
      <w:pPr>
        <w:spacing w:after="100"/>
      </w:pPr>
      <w:r>
        <w:rPr>
          <w:b/>
        </w:rPr>
        <w:t xml:space="preserve">期間とテーマ　</w:t>
      </w:r>
      <w:r>
        <w:t>［20XX年XX月〜20XX年XX月］　［公開できる名称］</w:t>
      </w:r>
    </w:p>
    <w:p>
      <w:pPr>
        <w:spacing w:after="100"/>
      </w:pPr>
      <w:r>
        <w:rPr>
          <w:b/>
        </w:rPr>
        <w:t xml:space="preserve">課題と目的　</w:t>
      </w:r>
      <w:r>
        <w:t>［何が未解決だったか。何を比較し、どの判断につなげるか。］</w:t>
      </w:r>
    </w:p>
    <w:p>
      <w:pPr>
        <w:spacing w:after="100"/>
      </w:pPr>
      <w:r>
        <w:rPr>
          <w:b/>
        </w:rPr>
        <w:t xml:space="preserve">自分の担当　</w:t>
      </w:r>
      <w:r>
        <w:t>［仮説設定、実験計画、測定、解析、報告のうち実際に担った工程。］</w:t>
      </w:r>
    </w:p>
    <w:p>
      <w:pPr>
        <w:spacing w:after="100"/>
      </w:pPr>
      <w:r>
        <w:rPr>
          <w:b/>
        </w:rPr>
        <w:t xml:space="preserve">方法と条件　</w:t>
      </w:r>
      <w:r>
        <w:t>［機器、手法、比較対象、試験数、判定基準を公開可能な範囲で。］</w:t>
      </w:r>
    </w:p>
    <w:p>
      <w:pPr>
        <w:spacing w:after="100"/>
      </w:pPr>
      <w:r>
        <w:rPr>
          <w:b/>
        </w:rPr>
        <w:t xml:space="preserve">成果と役割　</w:t>
      </w:r>
      <w:r>
        <w:t>［成果物と採用された判断。数値は基準、期間、対象、自分の担当も。］</w:t>
      </w:r>
    </w:p>
    <w:p>
      <w:pPr>
        <w:pStyle w:val="Heading1"/>
        <w:spacing w:after="100" w:before="240"/>
      </w:pPr>
      <w:r>
        <w:t>研究テーマ 2</w:t>
      </w:r>
    </w:p>
    <w:p>
      <w:pPr>
        <w:spacing w:after="100"/>
      </w:pPr>
      <w:r>
        <w:rPr>
          <w:b/>
        </w:rPr>
        <w:t xml:space="preserve">期間とテーマ　</w:t>
      </w:r>
      <w:r>
        <w:t>［20XX年XX月〜20XX年XX月］　［公開できる名称］</w:t>
      </w:r>
    </w:p>
    <w:p>
      <w:pPr>
        <w:spacing w:after="100"/>
      </w:pPr>
      <w:r>
        <w:rPr>
          <w:b/>
        </w:rPr>
        <w:t xml:space="preserve">課題と担当　</w:t>
      </w:r>
      <w:r>
        <w:t>［課題と、自分が担った工程。テーマ1と異なる強みを示します。］</w:t>
      </w:r>
    </w:p>
    <w:p>
      <w:pPr>
        <w:spacing w:after="100"/>
      </w:pPr>
      <w:r>
        <w:rPr>
          <w:b/>
        </w:rPr>
        <w:t xml:space="preserve">方法と成果　</w:t>
      </w:r>
      <w:r>
        <w:t>［比較条件、成果物、関係部門がその成果物を使って決めたこと。］</w:t>
      </w:r>
    </w:p>
    <w:p>
      <w:pPr>
        <w:spacing w:after="0"/>
      </w:pPr>
      <w:r>
        <w:rPr>
          <w:sz w:val="18"/>
        </w:rPr>
        <w:t>※ 未公開の製品名、顧客名、試験条件、出願前の内容は、開示可否を確認して一般化します。</w:t>
      </w:r>
    </w:p>
    <w:p>
      <w:r>
        <w:br w:type="page"/>
      </w:r>
    </w:p>
    <w:p>
      <w:pPr>
        <w:pStyle w:val="Heading1"/>
        <w:spacing w:after="100" w:before="240"/>
      </w:pPr>
      <w:r>
        <w:t>活かせる機器 操作技術 解析スキル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1587"/>
        <w:gridCol w:w="6009"/>
      </w:tblGrid>
      <w:tr>
        <w:trPr>
          <w:cantSplit/>
          <w:tblHeader/>
        </w:trPr>
        <w:tc>
          <w:tcPr>
            <w:tcW w:type="dxa" w:w="22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EE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機器や技術</w:t>
            </w:r>
          </w:p>
        </w:tc>
        <w:tc>
          <w:tcPr>
            <w:tcW w:type="dxa" w:w="158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EEF3"/>
          </w:tcPr>
          <w:p>
            <w:pPr>
              <w:spacing w:after="0" w:line="264" w:lineRule="auto"/>
              <w:jc w:val="center"/>
            </w:pPr>
            <w:r>
              <w:rPr>
                <w:b/>
                <w:sz w:val="20"/>
              </w:rPr>
              <w:t>経験期間</w:t>
            </w:r>
          </w:p>
        </w:tc>
        <w:tc>
          <w:tcPr>
            <w:tcW w:type="dxa" w:w="60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EE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自分でできる作業と使用目的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［分析機器や手法］</w:t>
            </w:r>
          </w:p>
        </w:tc>
        <w:tc>
          <w:tcPr>
            <w:tcW w:type="dxa" w:w="158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［X年］</w:t>
            </w:r>
          </w:p>
        </w:tc>
        <w:tc>
          <w:tcPr>
            <w:tcW w:type="dxa" w:w="60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［前処理から測定、解析まで単独でできる範囲。支援が必要な作業も区別。］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［実験や評価手法］</w:t>
            </w:r>
          </w:p>
        </w:tc>
        <w:tc>
          <w:tcPr>
            <w:tcW w:type="dxa" w:w="158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［X年］</w:t>
            </w:r>
          </w:p>
        </w:tc>
        <w:tc>
          <w:tcPr>
            <w:tcW w:type="dxa" w:w="60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［どの仮説や品質項目の検証に使ったか。再現性の確認方法。］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［ソフトや言語］</w:t>
            </w:r>
          </w:p>
        </w:tc>
        <w:tc>
          <w:tcPr>
            <w:tcW w:type="dxa" w:w="158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［X年］</w:t>
            </w:r>
          </w:p>
        </w:tc>
        <w:tc>
          <w:tcPr>
            <w:tcW w:type="dxa" w:w="60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［自作した処理、扱ったデータ、検算やレビューの範囲。］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［調査や連携］</w:t>
            </w:r>
          </w:p>
        </w:tc>
        <w:tc>
          <w:tcPr>
            <w:tcW w:type="dxa" w:w="158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［X年］</w:t>
            </w:r>
          </w:p>
        </w:tc>
        <w:tc>
          <w:tcPr>
            <w:tcW w:type="dxa" w:w="60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［特許調査、技術報告、共同研究、部門調整などの担当範囲。］</w:t>
            </w:r>
          </w:p>
        </w:tc>
      </w:tr>
    </w:tbl>
    <w:p>
      <w:pPr>
        <w:spacing w:after="0"/>
      </w:pPr>
    </w:p>
    <w:p>
      <w:pPr>
        <w:pStyle w:val="Heading1"/>
        <w:spacing w:after="100" w:before="240"/>
      </w:pPr>
      <w:r>
        <w:t>研究業績</w:t>
      </w:r>
    </w:p>
    <w:p>
      <w:pPr>
        <w:spacing w:after="80"/>
      </w:pPr>
      <w:r>
        <w:t>［論文、特許、学会発表、共同研究などから応募先に関連するものを記入します。公開番号や書誌情報、自分の立場を明記し、出願と登録、共著と筆頭著者を区別します。該当しない項目は削除します。］</w:t>
      </w:r>
    </w:p>
    <w:p>
      <w:pPr>
        <w:spacing w:after="80"/>
      </w:pPr>
      <w:r>
        <w:t>［例：公開済みの論文名・著者・掲載誌・年 ／ 公開特許番号・発明者としての担当］</w:t>
      </w:r>
    </w:p>
    <w:p>
      <w:pPr>
        <w:pStyle w:val="Heading1"/>
        <w:spacing w:after="100" w:before="240"/>
      </w:pPr>
      <w:r>
        <w:t>資格と語学</w:t>
      </w:r>
    </w:p>
    <w:p>
      <w:pPr>
        <w:spacing w:after="80"/>
      </w:pPr>
      <w:r>
        <w:t>［資格名・取得年月］　［語学スコア・受験年月］</w:t>
      </w:r>
    </w:p>
    <w:p>
      <w:pPr>
        <w:spacing w:after="80"/>
      </w:pPr>
      <w:r>
        <w:t>［英語での論文読解、報告書作成、会議、発表など、実際に行った業務。］</w:t>
      </w:r>
    </w:p>
    <w:p>
      <w:pPr>
        <w:pStyle w:val="Heading1"/>
        <w:spacing w:after="100" w:before="240"/>
      </w:pPr>
      <w:r>
        <w:t>自己PR</w:t>
      </w:r>
    </w:p>
    <w:p>
      <w:pPr>
        <w:spacing w:after="80"/>
      </w:pPr>
      <w:r>
        <w:t>［強みを一つ示し、その強みを使った案件、自分の行動、成果物や判断の変化を記入します。最後に、応募先のどの工程で同じ強みを再現できるかを書きます。未経験の作業を経験済みとして書かないでください。］</w:t>
      </w:r>
    </w:p>
    <w:p>
      <w:pPr>
        <w:spacing w:after="80"/>
      </w:pPr>
      <w:r>
        <w:t>［応募先の募集業務］に対して、［自分が担える工程］で貢献します。［不足している知識や技能］については、［現在取り組んでいる学習や実践］を進めています。</w:t>
      </w:r>
    </w:p>
    <w:p>
      <w:pPr>
        <w:pStyle w:val="Heading1"/>
        <w:spacing w:after="100" w:before="240"/>
      </w:pPr>
      <w:r>
        <w:t>提出前確認</w:t>
      </w:r>
    </w:p>
    <w:p>
      <w:pPr>
        <w:spacing w:after="80"/>
      </w:pPr>
      <w:r>
        <w:rPr>
          <w:sz w:val="19"/>
        </w:rPr>
        <w:t>□ 年月が履歴書と一致　□ チーム成果と自分の担当を区別</w:t>
        <w:br/>
        <w:t>□ 数値の比較条件を説明できる　□ 守秘情報を削除または一般化</w:t>
        <w:br/>
        <w:t>□ 出願や共著などの立場が正確　□ 募集業務に関係する経験を優先</w:t>
        <w:br/>
        <w:t>□ 角括弧と案内文と本欄を削除　□ PDFで改ページと文字切れを確認</w:t>
      </w:r>
    </w:p>
    <w:sectPr w:rsidR="00FC693F" w:rsidRPr="0006063C" w:rsidSect="00034616">
      <w:footerReference w:type="default" r:id="rId9"/>
      <w:pgSz w:w="11906" w:h="16838"/>
      <w:pgMar w:top="964" w:right="1020" w:bottom="907" w:left="1020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</w:r>
    <w:fldSimple w:instr="PAGE"/>
    <w:r>
      <w:rPr>
        <w:sz w:val="16"/>
      </w:rPr>
      <w:t xml:space="preserve"> / 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20" w:lineRule="exact" w:after="80"/>
    </w:pPr>
    <w:rPr>
      <w:rFonts w:ascii="Hiragino Sans" w:hAnsi="Hiragino Sans" w:eastAsia="Hiragino Sans" w:cs="Hiragino Sans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0"/>
      <w:outlineLvl w:val="0"/>
    </w:pPr>
    <w:rPr>
      <w:rFonts w:ascii="Hiragino Sans" w:hAnsi="Hiragino Sans" w:eastAsia="Hiragino Sans" w:cs="Hiragino Sans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Hiragino Sans" w:hAnsi="Hiragino Sans" w:eastAsia="Hiragino Sans" w:cs="Hiragino Sans"/>
      <w:b w:val="0"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</w:pPr>
    <w:rPr>
      <w:rFonts w:ascii="Hiragino Sans" w:hAnsi="Hiragino Sans" w:eastAsia="Hiragino Sans" w:cs="Hiragino Sans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Hiragino Sans" w:hAnsi="Hiragino Sans" w:eastAsia="Hiragino Sans" w:cs="Hiragino Sans"/>
      <w:b w:val="0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研究職の職務経歴書 記入用テンプレート</dc:title>
  <dc:subject>研究職 研究開発職 実験職の応募書類</dc:subject>
  <dc:creator>研究者の休日</dc:creator>
  <cp:keywords>職務経歴書,研究職,研究開発,テンプレート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